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המטבעות 1, 2, 5, 10 שקלים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לדעת כמה אגורות יש בכל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חישובים פשוטים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100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10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למדנו בדף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חצי שקל שווה ל-50 אגורות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אגורות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2. 50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מטבעות לסכומים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(שווה ל-100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(שווה ל-200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(שווה ל-500 אגורות)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(שווה ל-1000 אגורות)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חישובים עם מטבעות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7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100 אגורות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ארבעה מטבעות: 1, 2, 5,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מטבע של 10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להביא מטבעות אמיתיים או מוגדלים כדי לתרגל זיהוי חזותי לצד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שזקוקים לכך אפשר לדלג על השאלות המסומנות כקשות יותר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לתרגל בקול את שמות המטבעות וערכיהם לפני מילוי הדף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🛒 יוצאים לקניות – צרכנות נבונה בכל הרמות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מכירים מטבעות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נלמד להכיר את המטבעות שלנו - 1 שקל, 2 שקלים, 5 שקלים ו-10 שקלים, ונלמד כמה אגורות יש בכל שקל.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אגורות  ·  50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זיהוי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כמה אגורות יש בשקל אחד?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100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חצי שקל שווה ל: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25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50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100 אגורות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3. איזה מהמטבעות הבא הוא הגדול ביותר בערכו?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1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10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100 אגורות שוות ל-1 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חצי שקל שווה ל-10 אגורות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100 __________ שוות ל-1 שקל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חצי שקל שווה ל-__________ אגורות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התאמת מטבעות לסכומים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מטבע 1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שווה ל-200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מטבע 2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שווה ל-100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מטבע 5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שווה ל-1000 אגורות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מטבע 10 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שווה ל-500 אגורות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חישובים עם מטבעות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יש לכם מטבע של 5 ₪ ומטבע של 2 ₪. כמה כסף יש לכם ביחד?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אגורות יש בשקל אחד?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כמה מטבעות שונים לומדים בדף הזה?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מכירים מטבעות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