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מטבעות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המטבעות 1, 2, 5, 10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כמה אגורות יש בכל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פשוטים עם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1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למדנו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חצי שקל שווה ל-50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10 ₪ גדול מ-1, 2 ו-5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בדף יש רק מטבעות 1, 2, 5, 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מטבע של 2 ₪ שווה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מטבעות לסכומים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(שווה ל-100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(שווה ל-200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(שווה ל-500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(שווה ל-1000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(שווה ל-50 אגורות)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חישובים עם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 מטבעות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ארבעה מטבעות: 1, 2, 5, 10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של 10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מטבעות אמיתיים או מוגדלים כדי לתרגל זיהוי חזותי לצד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לכך אפשר לדלג על השאלות המסומנות כקשות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שמות המטבעות וערכיהם לפני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מטבעות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להכיר מטבעות כסף. יש מטבעות של 1, 2, 5 ו-10 שקלים.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מַטְבֵּעַ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עגול וקשה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שֶׁקֶל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שלנו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אֲגוֹרָה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משקל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חֵצִי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אחד משניים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לְזַהוֹת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מה זה, להכיר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סְכוּם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כסף יש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עֵרֶך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הדבר שווה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אגורות בשקל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חצי שקל זה כמה אגורות?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מטבע שווה הכי הרבה?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מטבעות 1 ₪ שוות ל-5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מטבע הכי קטן בערכו?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מטבעות 2 ₪ שוות ל-10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אגורות שוות ל-1 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שקל שווה ל-10 אגורות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של 10 ₪ הוא בעל הערך הגבוה ביותר מבין המטבעות שלמדנו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מטבע של 20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 של 1 ₪ שווה יותר ממטבע של 2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100 __________ שוות ל-1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חצי שקל שווה ל-__________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המטבעות שלמדנו הם 1, 2, 5 ו-__________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לקבל 5 שקלים צריך __________ מטבעות של 1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לקבל 4 שקלים צריך __________ מטבעות של 2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מטבעות לסכומים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מטבע 1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שווה ל-50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מטבע 2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שווה ל-500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מטבע 5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שווה ל-1000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מטבע 10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שווה ל-100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חצי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שווה ל-200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חישובים עם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יש לכם מטבע של 5 ₪ ומטבע של 2 ₪. כמה כסף יש לכם ביחד?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רציתם לקנות משהו ב-10 ₪ ויש לכם רק מטבעות של 2 ₪. כמה מטבעות תצטרכו?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אגורות יש בשקל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מטבעות שונים לומדים בדף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מטבע הוא הגדול ביותר בערכו?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מכירים מטבעות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